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75F" w:rsidRDefault="00924F96" w:rsidP="00924F96">
      <w:pPr>
        <w:pStyle w:val="Ttulo1"/>
        <w:jc w:val="center"/>
      </w:pPr>
      <w:r>
        <w:t>QUADRO DE SERVIDORES TERCEIRIZADOS POR SECRETARIA</w:t>
      </w:r>
    </w:p>
    <w:p w:rsidR="00924F96" w:rsidRPr="00924F96" w:rsidRDefault="00924F96" w:rsidP="00924F96"/>
    <w:p w:rsidR="007A375F" w:rsidRDefault="00991A97">
      <w:pPr>
        <w:pStyle w:val="Ttulo2"/>
      </w:pPr>
      <w:r>
        <w:t>SECRETARIA DE SERVIÇOS PÚBLICOS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7A375F" w:rsidRPr="00924F96">
        <w:tc>
          <w:tcPr>
            <w:tcW w:w="2880" w:type="dxa"/>
          </w:tcPr>
          <w:p w:rsidR="007A375F" w:rsidRPr="00924F96" w:rsidRDefault="00991A97">
            <w:pPr>
              <w:rPr>
                <w:b/>
              </w:rPr>
            </w:pPr>
            <w:r w:rsidRPr="00924F96">
              <w:rPr>
                <w:b/>
              </w:rPr>
              <w:t>Nome Completo</w:t>
            </w:r>
          </w:p>
        </w:tc>
        <w:tc>
          <w:tcPr>
            <w:tcW w:w="2880" w:type="dxa"/>
          </w:tcPr>
          <w:p w:rsidR="007A375F" w:rsidRPr="00924F96" w:rsidRDefault="00991A97">
            <w:pPr>
              <w:rPr>
                <w:b/>
              </w:rPr>
            </w:pPr>
            <w:r w:rsidRPr="00924F96">
              <w:rPr>
                <w:b/>
              </w:rPr>
              <w:t>Função</w:t>
            </w:r>
          </w:p>
        </w:tc>
        <w:tc>
          <w:tcPr>
            <w:tcW w:w="2880" w:type="dxa"/>
          </w:tcPr>
          <w:p w:rsidR="007A375F" w:rsidRPr="00924F96" w:rsidRDefault="00991A97">
            <w:pPr>
              <w:rPr>
                <w:b/>
              </w:rPr>
            </w:pPr>
            <w:r w:rsidRPr="00924F96">
              <w:rPr>
                <w:b/>
              </w:rPr>
              <w:t>Empresa Empregadora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José Antonio Farfan Bastardo</w:t>
            </w:r>
          </w:p>
        </w:tc>
        <w:tc>
          <w:tcPr>
            <w:tcW w:w="2880" w:type="dxa"/>
          </w:tcPr>
          <w:p w:rsidR="007A375F" w:rsidRDefault="00991A97">
            <w:r>
              <w:t>Agente de Serviços Operacionais (Masculino)</w:t>
            </w:r>
          </w:p>
        </w:tc>
        <w:tc>
          <w:tcPr>
            <w:tcW w:w="2880" w:type="dxa"/>
          </w:tcPr>
          <w:p w:rsidR="007A375F" w:rsidRDefault="00991A97">
            <w:r>
              <w:t>José Antonio Farfan Bastardo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Admilson Hermes Casare</w:t>
            </w:r>
          </w:p>
        </w:tc>
        <w:tc>
          <w:tcPr>
            <w:tcW w:w="2880" w:type="dxa"/>
          </w:tcPr>
          <w:p w:rsidR="007A375F" w:rsidRDefault="00991A97">
            <w:r>
              <w:t xml:space="preserve">Agente de </w:t>
            </w:r>
            <w:r>
              <w:t>Serviços Operacionais (Masculino)</w:t>
            </w:r>
          </w:p>
        </w:tc>
        <w:tc>
          <w:tcPr>
            <w:tcW w:w="2880" w:type="dxa"/>
          </w:tcPr>
          <w:p w:rsidR="007A375F" w:rsidRDefault="00991A97">
            <w:r>
              <w:t>Admilson Hermes Casare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Moacir Petri</w:t>
            </w:r>
          </w:p>
        </w:tc>
        <w:tc>
          <w:tcPr>
            <w:tcW w:w="2880" w:type="dxa"/>
          </w:tcPr>
          <w:p w:rsidR="007A375F" w:rsidRDefault="00991A97">
            <w:r>
              <w:t>Agente de Serviços Operacionais (Masculino)</w:t>
            </w:r>
          </w:p>
        </w:tc>
        <w:tc>
          <w:tcPr>
            <w:tcW w:w="2880" w:type="dxa"/>
          </w:tcPr>
          <w:p w:rsidR="007A375F" w:rsidRDefault="00991A97">
            <w:r>
              <w:t>Moacir Petri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Leandro Inacio da Silva</w:t>
            </w:r>
          </w:p>
        </w:tc>
        <w:tc>
          <w:tcPr>
            <w:tcW w:w="2880" w:type="dxa"/>
          </w:tcPr>
          <w:p w:rsidR="007A375F" w:rsidRDefault="00991A97">
            <w:r>
              <w:t>Agente de Serviços Operacionais (Masculino)</w:t>
            </w:r>
          </w:p>
        </w:tc>
        <w:tc>
          <w:tcPr>
            <w:tcW w:w="2880" w:type="dxa"/>
          </w:tcPr>
          <w:p w:rsidR="007A375F" w:rsidRDefault="00991A97">
            <w:r>
              <w:t>Leandro Inacio da Silva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Luiz Barbosa</w:t>
            </w:r>
          </w:p>
        </w:tc>
        <w:tc>
          <w:tcPr>
            <w:tcW w:w="2880" w:type="dxa"/>
          </w:tcPr>
          <w:p w:rsidR="007A375F" w:rsidRDefault="00991A97">
            <w:r>
              <w:t>Agente de Serviços Op</w:t>
            </w:r>
            <w:r>
              <w:t>eracionais (Masculino)</w:t>
            </w:r>
          </w:p>
        </w:tc>
        <w:tc>
          <w:tcPr>
            <w:tcW w:w="2880" w:type="dxa"/>
          </w:tcPr>
          <w:p w:rsidR="007A375F" w:rsidRDefault="00991A97">
            <w:r>
              <w:t>Luiz Barbosa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Rodrigo Caboclo da Silva</w:t>
            </w:r>
          </w:p>
        </w:tc>
        <w:tc>
          <w:tcPr>
            <w:tcW w:w="2880" w:type="dxa"/>
          </w:tcPr>
          <w:p w:rsidR="007A375F" w:rsidRDefault="00991A97">
            <w:r>
              <w:t>Agente de Serviços Operacionais (Masculino)</w:t>
            </w:r>
          </w:p>
        </w:tc>
        <w:tc>
          <w:tcPr>
            <w:tcW w:w="2880" w:type="dxa"/>
          </w:tcPr>
          <w:p w:rsidR="007A375F" w:rsidRDefault="00991A97">
            <w:r>
              <w:t>Rodrigo Caboclo da Silva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Romilton Fagundes</w:t>
            </w:r>
          </w:p>
        </w:tc>
        <w:tc>
          <w:tcPr>
            <w:tcW w:w="2880" w:type="dxa"/>
          </w:tcPr>
          <w:p w:rsidR="007A375F" w:rsidRDefault="00991A97">
            <w:r>
              <w:t>Agente de Serviços Operacionais (Masculino)</w:t>
            </w:r>
          </w:p>
        </w:tc>
        <w:tc>
          <w:tcPr>
            <w:tcW w:w="2880" w:type="dxa"/>
          </w:tcPr>
          <w:p w:rsidR="007A375F" w:rsidRDefault="00991A97">
            <w:r>
              <w:t>Romilton Fagundes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João Carlos dos Santos</w:t>
            </w:r>
          </w:p>
        </w:tc>
        <w:tc>
          <w:tcPr>
            <w:tcW w:w="2880" w:type="dxa"/>
          </w:tcPr>
          <w:p w:rsidR="007A375F" w:rsidRDefault="00991A97">
            <w:r>
              <w:t xml:space="preserve">Agente de Serviços </w:t>
            </w:r>
            <w:r>
              <w:t>Operacionais (Masculino)</w:t>
            </w:r>
          </w:p>
        </w:tc>
        <w:tc>
          <w:tcPr>
            <w:tcW w:w="2880" w:type="dxa"/>
          </w:tcPr>
          <w:p w:rsidR="007A375F" w:rsidRDefault="00991A97">
            <w:r>
              <w:t>João Carlos dos Santos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Jose Carlos Carvalho</w:t>
            </w:r>
          </w:p>
        </w:tc>
        <w:tc>
          <w:tcPr>
            <w:tcW w:w="2880" w:type="dxa"/>
          </w:tcPr>
          <w:p w:rsidR="007A375F" w:rsidRDefault="00991A97">
            <w:r>
              <w:t>Agente de Serviços Operacionais (Masculino)</w:t>
            </w:r>
          </w:p>
        </w:tc>
        <w:tc>
          <w:tcPr>
            <w:tcW w:w="2880" w:type="dxa"/>
          </w:tcPr>
          <w:p w:rsidR="007A375F" w:rsidRDefault="00991A97">
            <w:r>
              <w:t>Jose Carlos Carvalho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Jose Eduardo Ferrarezi da Silva</w:t>
            </w:r>
          </w:p>
        </w:tc>
        <w:tc>
          <w:tcPr>
            <w:tcW w:w="2880" w:type="dxa"/>
          </w:tcPr>
          <w:p w:rsidR="007A375F" w:rsidRDefault="00991A97">
            <w:r>
              <w:t>Agente de Serviços Operacionais (Coletor de Lixo)</w:t>
            </w:r>
          </w:p>
        </w:tc>
        <w:tc>
          <w:tcPr>
            <w:tcW w:w="2880" w:type="dxa"/>
          </w:tcPr>
          <w:p w:rsidR="007A375F" w:rsidRDefault="00991A97">
            <w:r>
              <w:t>Jose Eduardo Ferrarezi da Silva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 xml:space="preserve">Alex </w:t>
            </w:r>
            <w:r>
              <w:t>Ferminio</w:t>
            </w:r>
          </w:p>
        </w:tc>
        <w:tc>
          <w:tcPr>
            <w:tcW w:w="2880" w:type="dxa"/>
          </w:tcPr>
          <w:p w:rsidR="007A375F" w:rsidRDefault="00991A97">
            <w:r>
              <w:t>Operador de Máquinas Pesadas (Masculino)</w:t>
            </w:r>
          </w:p>
        </w:tc>
        <w:tc>
          <w:tcPr>
            <w:tcW w:w="2880" w:type="dxa"/>
          </w:tcPr>
          <w:p w:rsidR="007A375F" w:rsidRDefault="00991A97">
            <w:r>
              <w:t>Alex Ferminio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lastRenderedPageBreak/>
              <w:t>Neuzelino Alves de Souza</w:t>
            </w:r>
          </w:p>
        </w:tc>
        <w:tc>
          <w:tcPr>
            <w:tcW w:w="2880" w:type="dxa"/>
          </w:tcPr>
          <w:p w:rsidR="007A375F" w:rsidRDefault="00991A97">
            <w:r>
              <w:t>Operador de Máquinas Pesadas (Masculino)</w:t>
            </w:r>
          </w:p>
        </w:tc>
        <w:tc>
          <w:tcPr>
            <w:tcW w:w="2880" w:type="dxa"/>
          </w:tcPr>
          <w:p w:rsidR="007A375F" w:rsidRDefault="00991A97">
            <w:r>
              <w:t>Neuzelino Alves de Souza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Claudiney Moreira de Souza</w:t>
            </w:r>
          </w:p>
        </w:tc>
        <w:tc>
          <w:tcPr>
            <w:tcW w:w="2880" w:type="dxa"/>
          </w:tcPr>
          <w:p w:rsidR="007A375F" w:rsidRDefault="00991A97">
            <w:r>
              <w:t>Motorista – Coleta de Resíduos Orgânicos</w:t>
            </w:r>
          </w:p>
        </w:tc>
        <w:tc>
          <w:tcPr>
            <w:tcW w:w="2880" w:type="dxa"/>
          </w:tcPr>
          <w:p w:rsidR="007A375F" w:rsidRDefault="00991A97">
            <w:r>
              <w:t>Claudiney Moreira de Souza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Airton Pinto</w:t>
            </w:r>
          </w:p>
        </w:tc>
        <w:tc>
          <w:tcPr>
            <w:tcW w:w="2880" w:type="dxa"/>
          </w:tcPr>
          <w:p w:rsidR="007A375F" w:rsidRDefault="00991A97">
            <w:r>
              <w:t>Motorista – Coleta de Resíduos Orgânicos</w:t>
            </w:r>
          </w:p>
        </w:tc>
        <w:tc>
          <w:tcPr>
            <w:tcW w:w="2880" w:type="dxa"/>
          </w:tcPr>
          <w:p w:rsidR="007A375F" w:rsidRDefault="00991A97">
            <w:r>
              <w:t>Airton Pinto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Moises Barbosa dos Santos</w:t>
            </w:r>
          </w:p>
        </w:tc>
        <w:tc>
          <w:tcPr>
            <w:tcW w:w="2880" w:type="dxa"/>
          </w:tcPr>
          <w:p w:rsidR="007A375F" w:rsidRDefault="00991A97">
            <w:r>
              <w:t>Motorista – Coleta de Resíduos Orgânicos</w:t>
            </w:r>
          </w:p>
        </w:tc>
        <w:tc>
          <w:tcPr>
            <w:tcW w:w="2880" w:type="dxa"/>
          </w:tcPr>
          <w:p w:rsidR="007A375F" w:rsidRDefault="00991A97">
            <w:r>
              <w:t>Moises Barbosa dos Santos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Nivaldo Tofalini</w:t>
            </w:r>
          </w:p>
        </w:tc>
        <w:tc>
          <w:tcPr>
            <w:tcW w:w="2880" w:type="dxa"/>
          </w:tcPr>
          <w:p w:rsidR="007A375F" w:rsidRDefault="00991A97">
            <w:r>
              <w:t>Motorista – Coleta de Resíduos Orgânicos</w:t>
            </w:r>
          </w:p>
        </w:tc>
        <w:tc>
          <w:tcPr>
            <w:tcW w:w="2880" w:type="dxa"/>
          </w:tcPr>
          <w:p w:rsidR="007A375F" w:rsidRDefault="00991A97">
            <w:r>
              <w:t>Nivaldo Tofalini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 xml:space="preserve">Lucas Luciano de </w:t>
            </w:r>
            <w:r>
              <w:t>Jesus Pereira</w:t>
            </w:r>
          </w:p>
        </w:tc>
        <w:tc>
          <w:tcPr>
            <w:tcW w:w="2880" w:type="dxa"/>
          </w:tcPr>
          <w:p w:rsidR="007A375F" w:rsidRDefault="00991A97">
            <w:r>
              <w:t>Agente de Serviços Operacionais (Coletor de Lixo)</w:t>
            </w:r>
          </w:p>
        </w:tc>
        <w:tc>
          <w:tcPr>
            <w:tcW w:w="2880" w:type="dxa"/>
          </w:tcPr>
          <w:p w:rsidR="007A375F" w:rsidRDefault="00991A97">
            <w:r>
              <w:t>Lucas Luciano de Jesus Pereira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Armelindo Mendes Batista</w:t>
            </w:r>
          </w:p>
        </w:tc>
        <w:tc>
          <w:tcPr>
            <w:tcW w:w="2880" w:type="dxa"/>
          </w:tcPr>
          <w:p w:rsidR="007A375F" w:rsidRDefault="00991A97">
            <w:r>
              <w:t>Agente de Serviços Operacionais (Masculino)</w:t>
            </w:r>
          </w:p>
        </w:tc>
        <w:tc>
          <w:tcPr>
            <w:tcW w:w="2880" w:type="dxa"/>
          </w:tcPr>
          <w:p w:rsidR="007A375F" w:rsidRDefault="00991A97">
            <w:r>
              <w:t>Armelindo Mendes Batista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Natan Moreira Gomes</w:t>
            </w:r>
          </w:p>
        </w:tc>
        <w:tc>
          <w:tcPr>
            <w:tcW w:w="2880" w:type="dxa"/>
          </w:tcPr>
          <w:p w:rsidR="007A375F" w:rsidRDefault="00991A97">
            <w:r>
              <w:t xml:space="preserve">Agente de Serviços Operacionais (Coletor de </w:t>
            </w:r>
            <w:r>
              <w:t>Lixo)</w:t>
            </w:r>
          </w:p>
        </w:tc>
        <w:tc>
          <w:tcPr>
            <w:tcW w:w="2880" w:type="dxa"/>
          </w:tcPr>
          <w:p w:rsidR="007A375F" w:rsidRDefault="00991A97">
            <w:r>
              <w:t>Natan Moreira Gomes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Rodrigo Aparecido Ribeiro</w:t>
            </w:r>
          </w:p>
        </w:tc>
        <w:tc>
          <w:tcPr>
            <w:tcW w:w="2880" w:type="dxa"/>
          </w:tcPr>
          <w:p w:rsidR="007A375F" w:rsidRDefault="00991A97">
            <w:r>
              <w:t>Agente de Serviços Operacionais (Masculino)</w:t>
            </w:r>
          </w:p>
        </w:tc>
        <w:tc>
          <w:tcPr>
            <w:tcW w:w="2880" w:type="dxa"/>
          </w:tcPr>
          <w:p w:rsidR="007A375F" w:rsidRDefault="00991A97">
            <w:r>
              <w:t>Rodrigo Aparecido Ribeiro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Nicolas Daniel da Silva Melo</w:t>
            </w:r>
          </w:p>
        </w:tc>
        <w:tc>
          <w:tcPr>
            <w:tcW w:w="2880" w:type="dxa"/>
          </w:tcPr>
          <w:p w:rsidR="007A375F" w:rsidRDefault="00991A97">
            <w:r>
              <w:t>Agente de Serviços Operacionais (Coletor de Lixo)</w:t>
            </w:r>
          </w:p>
        </w:tc>
        <w:tc>
          <w:tcPr>
            <w:tcW w:w="2880" w:type="dxa"/>
          </w:tcPr>
          <w:p w:rsidR="007A375F" w:rsidRDefault="00991A97">
            <w:r>
              <w:t>Nicolas Daniel da Silva Melo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Aleksandro da Silva</w:t>
            </w:r>
          </w:p>
        </w:tc>
        <w:tc>
          <w:tcPr>
            <w:tcW w:w="2880" w:type="dxa"/>
          </w:tcPr>
          <w:p w:rsidR="007A375F" w:rsidRDefault="00991A97">
            <w:r>
              <w:t>Age</w:t>
            </w:r>
            <w:r>
              <w:t>nte de Serviços Operacionais (Masculino)</w:t>
            </w:r>
          </w:p>
        </w:tc>
        <w:tc>
          <w:tcPr>
            <w:tcW w:w="2880" w:type="dxa"/>
          </w:tcPr>
          <w:p w:rsidR="007A375F" w:rsidRDefault="00991A97">
            <w:r>
              <w:t>Aleksandro da Silva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Valdecir Castrucci</w:t>
            </w:r>
          </w:p>
        </w:tc>
        <w:tc>
          <w:tcPr>
            <w:tcW w:w="2880" w:type="dxa"/>
          </w:tcPr>
          <w:p w:rsidR="007A375F" w:rsidRDefault="00991A97">
            <w:r>
              <w:t>Agente de Serviços Operacionais (Masculino)</w:t>
            </w:r>
          </w:p>
        </w:tc>
        <w:tc>
          <w:tcPr>
            <w:tcW w:w="2880" w:type="dxa"/>
          </w:tcPr>
          <w:p w:rsidR="007A375F" w:rsidRDefault="00991A97">
            <w:r>
              <w:t>Valdecir Castrucci</w:t>
            </w:r>
          </w:p>
        </w:tc>
      </w:tr>
      <w:tr w:rsidR="00924F96">
        <w:tc>
          <w:tcPr>
            <w:tcW w:w="2880" w:type="dxa"/>
          </w:tcPr>
          <w:p w:rsidR="00924F96" w:rsidRDefault="00924F96"/>
        </w:tc>
        <w:tc>
          <w:tcPr>
            <w:tcW w:w="2880" w:type="dxa"/>
          </w:tcPr>
          <w:p w:rsidR="00924F96" w:rsidRDefault="00924F96"/>
        </w:tc>
        <w:tc>
          <w:tcPr>
            <w:tcW w:w="2880" w:type="dxa"/>
          </w:tcPr>
          <w:p w:rsidR="00924F96" w:rsidRDefault="00924F96"/>
        </w:tc>
      </w:tr>
    </w:tbl>
    <w:p w:rsidR="007A375F" w:rsidRDefault="00991A97">
      <w:pPr>
        <w:pStyle w:val="Ttulo2"/>
      </w:pPr>
      <w:r>
        <w:lastRenderedPageBreak/>
        <w:t>SECRETARIA DE INDÚSTRIA, COMÉRCIO, TRABALHO E TURISMO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7A375F" w:rsidRPr="00924F96">
        <w:tc>
          <w:tcPr>
            <w:tcW w:w="2880" w:type="dxa"/>
          </w:tcPr>
          <w:p w:rsidR="007A375F" w:rsidRPr="00924F96" w:rsidRDefault="00991A97">
            <w:pPr>
              <w:rPr>
                <w:b/>
              </w:rPr>
            </w:pPr>
            <w:r w:rsidRPr="00924F96">
              <w:rPr>
                <w:b/>
              </w:rPr>
              <w:t>Nome Completo</w:t>
            </w:r>
          </w:p>
        </w:tc>
        <w:tc>
          <w:tcPr>
            <w:tcW w:w="2880" w:type="dxa"/>
          </w:tcPr>
          <w:p w:rsidR="007A375F" w:rsidRPr="00924F96" w:rsidRDefault="00991A97">
            <w:pPr>
              <w:rPr>
                <w:b/>
              </w:rPr>
            </w:pPr>
            <w:r w:rsidRPr="00924F96">
              <w:rPr>
                <w:b/>
              </w:rPr>
              <w:t>Função</w:t>
            </w:r>
          </w:p>
        </w:tc>
        <w:tc>
          <w:tcPr>
            <w:tcW w:w="2880" w:type="dxa"/>
          </w:tcPr>
          <w:p w:rsidR="007A375F" w:rsidRPr="00924F96" w:rsidRDefault="00991A97">
            <w:pPr>
              <w:rPr>
                <w:b/>
              </w:rPr>
            </w:pPr>
            <w:r w:rsidRPr="00924F96">
              <w:rPr>
                <w:b/>
              </w:rPr>
              <w:t>Empresa Empregadora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 xml:space="preserve">Rosiane da </w:t>
            </w:r>
            <w:r>
              <w:t>Silva Moura</w:t>
            </w:r>
          </w:p>
        </w:tc>
        <w:tc>
          <w:tcPr>
            <w:tcW w:w="2880" w:type="dxa"/>
          </w:tcPr>
          <w:p w:rsidR="007A375F" w:rsidRDefault="00991A97">
            <w:r>
              <w:t>Agente de Serviços Operacionais (Feminino)</w:t>
            </w:r>
          </w:p>
        </w:tc>
        <w:tc>
          <w:tcPr>
            <w:tcW w:w="2880" w:type="dxa"/>
          </w:tcPr>
          <w:p w:rsidR="007A375F" w:rsidRDefault="00991A97">
            <w:r>
              <w:t>Rosiane da Silva Moura</w:t>
            </w:r>
          </w:p>
        </w:tc>
      </w:tr>
    </w:tbl>
    <w:p w:rsidR="007A375F" w:rsidRDefault="00991A97">
      <w:pPr>
        <w:pStyle w:val="Ttulo2"/>
      </w:pPr>
      <w:r>
        <w:t>SECRETARIA DE ESPORTES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7A375F" w:rsidRPr="00924F96">
        <w:tc>
          <w:tcPr>
            <w:tcW w:w="2880" w:type="dxa"/>
          </w:tcPr>
          <w:p w:rsidR="007A375F" w:rsidRPr="00924F96" w:rsidRDefault="00991A97">
            <w:pPr>
              <w:rPr>
                <w:b/>
              </w:rPr>
            </w:pPr>
            <w:r w:rsidRPr="00924F96">
              <w:rPr>
                <w:b/>
              </w:rPr>
              <w:t>Nome Completo</w:t>
            </w:r>
          </w:p>
        </w:tc>
        <w:tc>
          <w:tcPr>
            <w:tcW w:w="2880" w:type="dxa"/>
          </w:tcPr>
          <w:p w:rsidR="007A375F" w:rsidRPr="00924F96" w:rsidRDefault="00991A97">
            <w:pPr>
              <w:rPr>
                <w:b/>
              </w:rPr>
            </w:pPr>
            <w:r w:rsidRPr="00924F96">
              <w:rPr>
                <w:b/>
              </w:rPr>
              <w:t>Função</w:t>
            </w:r>
          </w:p>
        </w:tc>
        <w:tc>
          <w:tcPr>
            <w:tcW w:w="2880" w:type="dxa"/>
          </w:tcPr>
          <w:p w:rsidR="007A375F" w:rsidRPr="00924F96" w:rsidRDefault="00991A97">
            <w:pPr>
              <w:rPr>
                <w:b/>
              </w:rPr>
            </w:pPr>
            <w:r w:rsidRPr="00924F96">
              <w:rPr>
                <w:b/>
              </w:rPr>
              <w:t>Empresa Empregadora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Beatriz Bassiga</w:t>
            </w:r>
          </w:p>
        </w:tc>
        <w:tc>
          <w:tcPr>
            <w:tcW w:w="2880" w:type="dxa"/>
          </w:tcPr>
          <w:p w:rsidR="007A375F" w:rsidRDefault="00991A97">
            <w:r>
              <w:t>Professora de Karatê</w:t>
            </w:r>
          </w:p>
        </w:tc>
        <w:tc>
          <w:tcPr>
            <w:tcW w:w="2880" w:type="dxa"/>
          </w:tcPr>
          <w:p w:rsidR="007A375F" w:rsidRDefault="00991A97">
            <w:r>
              <w:t>Artinga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Enzo Meneguci</w:t>
            </w:r>
          </w:p>
        </w:tc>
        <w:tc>
          <w:tcPr>
            <w:tcW w:w="2880" w:type="dxa"/>
          </w:tcPr>
          <w:p w:rsidR="007A375F" w:rsidRDefault="00991A97">
            <w:r>
              <w:t>Professor de Judô</w:t>
            </w:r>
          </w:p>
        </w:tc>
        <w:tc>
          <w:tcPr>
            <w:tcW w:w="2880" w:type="dxa"/>
          </w:tcPr>
          <w:p w:rsidR="007A375F" w:rsidRDefault="00991A97">
            <w:r>
              <w:t>Artinga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Vitor Givago Leopoldino</w:t>
            </w:r>
          </w:p>
        </w:tc>
        <w:tc>
          <w:tcPr>
            <w:tcW w:w="2880" w:type="dxa"/>
          </w:tcPr>
          <w:p w:rsidR="007A375F" w:rsidRDefault="00991A97">
            <w:r>
              <w:t>Professor de Jiu-Jitsu</w:t>
            </w:r>
          </w:p>
        </w:tc>
        <w:tc>
          <w:tcPr>
            <w:tcW w:w="2880" w:type="dxa"/>
          </w:tcPr>
          <w:p w:rsidR="007A375F" w:rsidRDefault="00991A97">
            <w:r>
              <w:t>Artinga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Eduardo Costa</w:t>
            </w:r>
          </w:p>
        </w:tc>
        <w:tc>
          <w:tcPr>
            <w:tcW w:w="2880" w:type="dxa"/>
          </w:tcPr>
          <w:p w:rsidR="007A375F" w:rsidRDefault="00991A97">
            <w:r>
              <w:t>Professor de Capoeira</w:t>
            </w:r>
          </w:p>
        </w:tc>
        <w:tc>
          <w:tcPr>
            <w:tcW w:w="2880" w:type="dxa"/>
          </w:tcPr>
          <w:p w:rsidR="007A375F" w:rsidRDefault="00991A97">
            <w:r>
              <w:t>Artinga</w:t>
            </w:r>
          </w:p>
        </w:tc>
      </w:tr>
    </w:tbl>
    <w:p w:rsidR="007A375F" w:rsidRDefault="00991A97">
      <w:pPr>
        <w:pStyle w:val="Ttulo2"/>
      </w:pPr>
      <w:r>
        <w:t>SECRETARIA DE ASSISTÊNCIA SOCIAL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7A375F" w:rsidRPr="00924F96">
        <w:tc>
          <w:tcPr>
            <w:tcW w:w="2880" w:type="dxa"/>
          </w:tcPr>
          <w:p w:rsidR="007A375F" w:rsidRPr="00924F96" w:rsidRDefault="00991A97">
            <w:pPr>
              <w:rPr>
                <w:b/>
              </w:rPr>
            </w:pPr>
            <w:r w:rsidRPr="00924F96">
              <w:rPr>
                <w:b/>
              </w:rPr>
              <w:t>Nome Completo</w:t>
            </w:r>
          </w:p>
        </w:tc>
        <w:tc>
          <w:tcPr>
            <w:tcW w:w="2880" w:type="dxa"/>
          </w:tcPr>
          <w:p w:rsidR="007A375F" w:rsidRPr="00924F96" w:rsidRDefault="00991A97">
            <w:pPr>
              <w:rPr>
                <w:b/>
              </w:rPr>
            </w:pPr>
            <w:r w:rsidRPr="00924F96">
              <w:rPr>
                <w:b/>
              </w:rPr>
              <w:t>Função</w:t>
            </w:r>
          </w:p>
        </w:tc>
        <w:tc>
          <w:tcPr>
            <w:tcW w:w="2880" w:type="dxa"/>
          </w:tcPr>
          <w:p w:rsidR="007A375F" w:rsidRPr="00924F96" w:rsidRDefault="00991A97">
            <w:pPr>
              <w:rPr>
                <w:b/>
              </w:rPr>
            </w:pPr>
            <w:r w:rsidRPr="00924F96">
              <w:rPr>
                <w:b/>
              </w:rPr>
              <w:t>Empresa Empregadora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Edmar José da Silva</w:t>
            </w:r>
          </w:p>
        </w:tc>
        <w:tc>
          <w:tcPr>
            <w:tcW w:w="2880" w:type="dxa"/>
          </w:tcPr>
          <w:p w:rsidR="007A375F" w:rsidRDefault="00991A97">
            <w:r>
              <w:t>Professor de Musicalidade</w:t>
            </w:r>
          </w:p>
        </w:tc>
        <w:tc>
          <w:tcPr>
            <w:tcW w:w="2880" w:type="dxa"/>
          </w:tcPr>
          <w:p w:rsidR="007A375F" w:rsidRDefault="00991A97">
            <w:r>
              <w:t>Heron Music Ltda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Maicon Junior Cajazeir</w:t>
            </w:r>
          </w:p>
        </w:tc>
        <w:tc>
          <w:tcPr>
            <w:tcW w:w="2880" w:type="dxa"/>
          </w:tcPr>
          <w:p w:rsidR="007A375F" w:rsidRDefault="00991A97">
            <w:r>
              <w:t>Segurança</w:t>
            </w:r>
          </w:p>
        </w:tc>
        <w:tc>
          <w:tcPr>
            <w:tcW w:w="2880" w:type="dxa"/>
          </w:tcPr>
          <w:p w:rsidR="007A375F" w:rsidRDefault="00991A97">
            <w:r>
              <w:t xml:space="preserve">Armed </w:t>
            </w:r>
            <w:r>
              <w:t>Segurança Privada Ltda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Rogerio Adriano do Nascimento</w:t>
            </w:r>
          </w:p>
        </w:tc>
        <w:tc>
          <w:tcPr>
            <w:tcW w:w="2880" w:type="dxa"/>
          </w:tcPr>
          <w:p w:rsidR="007A375F" w:rsidRDefault="00991A97">
            <w:r>
              <w:t>Segurança</w:t>
            </w:r>
          </w:p>
        </w:tc>
        <w:tc>
          <w:tcPr>
            <w:tcW w:w="2880" w:type="dxa"/>
          </w:tcPr>
          <w:p w:rsidR="007A375F" w:rsidRDefault="00991A97">
            <w:r>
              <w:t>Armed Segurança Privada Ltda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Igor Miguel</w:t>
            </w:r>
          </w:p>
        </w:tc>
        <w:tc>
          <w:tcPr>
            <w:tcW w:w="2880" w:type="dxa"/>
          </w:tcPr>
          <w:p w:rsidR="007A375F" w:rsidRDefault="00991A97">
            <w:r>
              <w:t>Segurança</w:t>
            </w:r>
          </w:p>
        </w:tc>
        <w:tc>
          <w:tcPr>
            <w:tcW w:w="2880" w:type="dxa"/>
          </w:tcPr>
          <w:p w:rsidR="007A375F" w:rsidRDefault="00991A97">
            <w:r>
              <w:t>Armed Segurança Privada Ltda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José Divino</w:t>
            </w:r>
          </w:p>
        </w:tc>
        <w:tc>
          <w:tcPr>
            <w:tcW w:w="2880" w:type="dxa"/>
          </w:tcPr>
          <w:p w:rsidR="007A375F" w:rsidRDefault="00991A97">
            <w:r>
              <w:t>Segurança</w:t>
            </w:r>
          </w:p>
        </w:tc>
        <w:tc>
          <w:tcPr>
            <w:tcW w:w="2880" w:type="dxa"/>
          </w:tcPr>
          <w:p w:rsidR="007A375F" w:rsidRDefault="00991A97">
            <w:r>
              <w:t>Armed Segurança Privada Ltda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Cristiano Martins</w:t>
            </w:r>
          </w:p>
        </w:tc>
        <w:tc>
          <w:tcPr>
            <w:tcW w:w="2880" w:type="dxa"/>
          </w:tcPr>
          <w:p w:rsidR="007A375F" w:rsidRDefault="00991A97">
            <w:r>
              <w:t>Segurança</w:t>
            </w:r>
          </w:p>
        </w:tc>
        <w:tc>
          <w:tcPr>
            <w:tcW w:w="2880" w:type="dxa"/>
          </w:tcPr>
          <w:p w:rsidR="007A375F" w:rsidRDefault="00991A97">
            <w:r>
              <w:t>Armed Segurança Privada Ltda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Guilherme Santos</w:t>
            </w:r>
          </w:p>
        </w:tc>
        <w:tc>
          <w:tcPr>
            <w:tcW w:w="2880" w:type="dxa"/>
          </w:tcPr>
          <w:p w:rsidR="007A375F" w:rsidRDefault="00991A97">
            <w:r>
              <w:t>Segurança</w:t>
            </w:r>
          </w:p>
        </w:tc>
        <w:tc>
          <w:tcPr>
            <w:tcW w:w="2880" w:type="dxa"/>
          </w:tcPr>
          <w:p w:rsidR="007A375F" w:rsidRDefault="00991A97">
            <w:r>
              <w:t>Armed Segurança Privada Ltda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Marcos Ferreira da Silva</w:t>
            </w:r>
          </w:p>
        </w:tc>
        <w:tc>
          <w:tcPr>
            <w:tcW w:w="2880" w:type="dxa"/>
          </w:tcPr>
          <w:p w:rsidR="007A375F" w:rsidRDefault="00991A97">
            <w:r>
              <w:t>Segurança</w:t>
            </w:r>
          </w:p>
        </w:tc>
        <w:tc>
          <w:tcPr>
            <w:tcW w:w="2880" w:type="dxa"/>
          </w:tcPr>
          <w:p w:rsidR="007A375F" w:rsidRDefault="00991A97">
            <w:r>
              <w:t xml:space="preserve">Armed Segurança Privada </w:t>
            </w:r>
            <w:r>
              <w:lastRenderedPageBreak/>
              <w:t>Ltda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lastRenderedPageBreak/>
              <w:t>Rodrigo Junior da Silva</w:t>
            </w:r>
          </w:p>
        </w:tc>
        <w:tc>
          <w:tcPr>
            <w:tcW w:w="2880" w:type="dxa"/>
          </w:tcPr>
          <w:p w:rsidR="007A375F" w:rsidRDefault="00991A97">
            <w:r>
              <w:t>Segurança</w:t>
            </w:r>
          </w:p>
        </w:tc>
        <w:tc>
          <w:tcPr>
            <w:tcW w:w="2880" w:type="dxa"/>
          </w:tcPr>
          <w:p w:rsidR="007A375F" w:rsidRDefault="00991A97">
            <w:r>
              <w:t>Armed Segurança Privada Ltda</w:t>
            </w:r>
          </w:p>
        </w:tc>
      </w:tr>
    </w:tbl>
    <w:p w:rsidR="007A375F" w:rsidRDefault="00991A97">
      <w:pPr>
        <w:pStyle w:val="Ttulo2"/>
      </w:pPr>
      <w:r>
        <w:t>SECRETARIA DE EDUCAÇÃO, CULTURA, LAZER E JUVENTUDE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7A375F" w:rsidRPr="00924F96">
        <w:tc>
          <w:tcPr>
            <w:tcW w:w="2880" w:type="dxa"/>
          </w:tcPr>
          <w:p w:rsidR="007A375F" w:rsidRPr="00924F96" w:rsidRDefault="00991A97">
            <w:pPr>
              <w:rPr>
                <w:b/>
              </w:rPr>
            </w:pPr>
            <w:r w:rsidRPr="00924F96">
              <w:rPr>
                <w:b/>
              </w:rPr>
              <w:t>Nome Completo</w:t>
            </w:r>
          </w:p>
        </w:tc>
        <w:tc>
          <w:tcPr>
            <w:tcW w:w="2880" w:type="dxa"/>
          </w:tcPr>
          <w:p w:rsidR="007A375F" w:rsidRPr="00924F96" w:rsidRDefault="00991A97">
            <w:pPr>
              <w:rPr>
                <w:b/>
              </w:rPr>
            </w:pPr>
            <w:r w:rsidRPr="00924F96">
              <w:rPr>
                <w:b/>
              </w:rPr>
              <w:t>Função</w:t>
            </w:r>
          </w:p>
        </w:tc>
        <w:tc>
          <w:tcPr>
            <w:tcW w:w="2880" w:type="dxa"/>
          </w:tcPr>
          <w:p w:rsidR="007A375F" w:rsidRPr="00924F96" w:rsidRDefault="00991A97">
            <w:pPr>
              <w:rPr>
                <w:b/>
              </w:rPr>
            </w:pPr>
            <w:r w:rsidRPr="00924F96">
              <w:rPr>
                <w:b/>
              </w:rPr>
              <w:t>Empresa Empregadora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Angelica Aparecida Valeza</w:t>
            </w:r>
          </w:p>
        </w:tc>
        <w:tc>
          <w:tcPr>
            <w:tcW w:w="2880" w:type="dxa"/>
          </w:tcPr>
          <w:p w:rsidR="007A375F" w:rsidRDefault="00991A97">
            <w:r>
              <w:t>Psicóloga</w:t>
            </w:r>
          </w:p>
        </w:tc>
        <w:tc>
          <w:tcPr>
            <w:tcW w:w="2880" w:type="dxa"/>
          </w:tcPr>
          <w:p w:rsidR="007A375F" w:rsidRDefault="00991A97">
            <w:r>
              <w:t>Instituto Makro Marketing e Treinamentos Ltda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Aline Dezotti Porto</w:t>
            </w:r>
          </w:p>
        </w:tc>
        <w:tc>
          <w:tcPr>
            <w:tcW w:w="2880" w:type="dxa"/>
          </w:tcPr>
          <w:p w:rsidR="007A375F" w:rsidRDefault="00991A97">
            <w:r>
              <w:t>Psicopedagogo</w:t>
            </w:r>
          </w:p>
        </w:tc>
        <w:tc>
          <w:tcPr>
            <w:tcW w:w="2880" w:type="dxa"/>
          </w:tcPr>
          <w:p w:rsidR="007A375F" w:rsidRDefault="00991A97">
            <w:r>
              <w:t>Instituto Makro Marketing e Treinamentos Ltda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Brenda Souza de Oliveira</w:t>
            </w:r>
          </w:p>
        </w:tc>
        <w:tc>
          <w:tcPr>
            <w:tcW w:w="2880" w:type="dxa"/>
          </w:tcPr>
          <w:p w:rsidR="007A375F" w:rsidRDefault="00991A97">
            <w:r>
              <w:t>Psicopedagogo</w:t>
            </w:r>
          </w:p>
        </w:tc>
        <w:tc>
          <w:tcPr>
            <w:tcW w:w="2880" w:type="dxa"/>
          </w:tcPr>
          <w:p w:rsidR="007A375F" w:rsidRDefault="00991A97">
            <w:r>
              <w:t>Instituto Makro Marketing</w:t>
            </w:r>
            <w:r>
              <w:t xml:space="preserve"> e Treinamentos Ltda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Carina da Conceição Santos</w:t>
            </w:r>
          </w:p>
        </w:tc>
        <w:tc>
          <w:tcPr>
            <w:tcW w:w="2880" w:type="dxa"/>
          </w:tcPr>
          <w:p w:rsidR="007A375F" w:rsidRDefault="00991A97">
            <w:r>
              <w:t>Psicopedagogo</w:t>
            </w:r>
          </w:p>
        </w:tc>
        <w:tc>
          <w:tcPr>
            <w:tcW w:w="2880" w:type="dxa"/>
          </w:tcPr>
          <w:p w:rsidR="007A375F" w:rsidRDefault="00991A97">
            <w:r>
              <w:t>Instituto Makro Marketing e Treinamentos Ltda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Eduarda Brito Rafael</w:t>
            </w:r>
          </w:p>
        </w:tc>
        <w:tc>
          <w:tcPr>
            <w:tcW w:w="2880" w:type="dxa"/>
          </w:tcPr>
          <w:p w:rsidR="007A375F" w:rsidRDefault="00991A97">
            <w:r>
              <w:t>Apoio Psico Administrativo</w:t>
            </w:r>
          </w:p>
        </w:tc>
        <w:tc>
          <w:tcPr>
            <w:tcW w:w="2880" w:type="dxa"/>
          </w:tcPr>
          <w:p w:rsidR="007A375F" w:rsidRDefault="00991A97">
            <w:r>
              <w:t>Instituto Makro Marketing e Treinamentos Ltda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Heloisa Gabrielly Soares da Silva</w:t>
            </w:r>
          </w:p>
        </w:tc>
        <w:tc>
          <w:tcPr>
            <w:tcW w:w="2880" w:type="dxa"/>
          </w:tcPr>
          <w:p w:rsidR="007A375F" w:rsidRDefault="00991A97">
            <w:r>
              <w:t xml:space="preserve">Apoio Psico </w:t>
            </w:r>
            <w:r>
              <w:t>Administrativo</w:t>
            </w:r>
          </w:p>
        </w:tc>
        <w:tc>
          <w:tcPr>
            <w:tcW w:w="2880" w:type="dxa"/>
          </w:tcPr>
          <w:p w:rsidR="007A375F" w:rsidRDefault="00991A97">
            <w:r>
              <w:t>Instituto Makro Marketing e Treinamentos Ltda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Jéssica Sciuniti Pagliotto</w:t>
            </w:r>
          </w:p>
        </w:tc>
        <w:tc>
          <w:tcPr>
            <w:tcW w:w="2880" w:type="dxa"/>
          </w:tcPr>
          <w:p w:rsidR="007A375F" w:rsidRDefault="00991A97">
            <w:r>
              <w:t>Apoio Psico Administrativo</w:t>
            </w:r>
          </w:p>
        </w:tc>
        <w:tc>
          <w:tcPr>
            <w:tcW w:w="2880" w:type="dxa"/>
          </w:tcPr>
          <w:p w:rsidR="007A375F" w:rsidRDefault="00991A97">
            <w:r>
              <w:t>Instituto Makro Marketing e Treinamentos Ltda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Juliana Ramalho de Carvalho</w:t>
            </w:r>
          </w:p>
        </w:tc>
        <w:tc>
          <w:tcPr>
            <w:tcW w:w="2880" w:type="dxa"/>
          </w:tcPr>
          <w:p w:rsidR="007A375F" w:rsidRDefault="00991A97">
            <w:r>
              <w:t>Apoio Psico Administrativo</w:t>
            </w:r>
          </w:p>
        </w:tc>
        <w:tc>
          <w:tcPr>
            <w:tcW w:w="2880" w:type="dxa"/>
          </w:tcPr>
          <w:p w:rsidR="007A375F" w:rsidRDefault="00991A97">
            <w:r>
              <w:t xml:space="preserve">Instituto Makro Marketing e </w:t>
            </w:r>
            <w:r>
              <w:t>Treinamentos Ltda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Mônica Eduarda Carvalho Carrara</w:t>
            </w:r>
          </w:p>
        </w:tc>
        <w:tc>
          <w:tcPr>
            <w:tcW w:w="2880" w:type="dxa"/>
          </w:tcPr>
          <w:p w:rsidR="007A375F" w:rsidRDefault="00991A97">
            <w:r>
              <w:t>Apoio Psico Administrativo</w:t>
            </w:r>
          </w:p>
        </w:tc>
        <w:tc>
          <w:tcPr>
            <w:tcW w:w="2880" w:type="dxa"/>
          </w:tcPr>
          <w:p w:rsidR="007A375F" w:rsidRDefault="00991A97">
            <w:r>
              <w:t>Instituto Makro Marketing e Treinamentos Ltda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Milene Fernanda da Silva</w:t>
            </w:r>
          </w:p>
        </w:tc>
        <w:tc>
          <w:tcPr>
            <w:tcW w:w="2880" w:type="dxa"/>
          </w:tcPr>
          <w:p w:rsidR="007A375F" w:rsidRDefault="00991A97">
            <w:r>
              <w:t>Psicopedagogo</w:t>
            </w:r>
          </w:p>
        </w:tc>
        <w:tc>
          <w:tcPr>
            <w:tcW w:w="2880" w:type="dxa"/>
          </w:tcPr>
          <w:p w:rsidR="007A375F" w:rsidRDefault="00991A97">
            <w:r>
              <w:t>Instituto Makro Marketing e Treinamentos Ltda</w:t>
            </w:r>
          </w:p>
        </w:tc>
      </w:tr>
      <w:tr w:rsidR="007A375F">
        <w:tc>
          <w:tcPr>
            <w:tcW w:w="2880" w:type="dxa"/>
          </w:tcPr>
          <w:p w:rsidR="007A375F" w:rsidRDefault="00991A97">
            <w:r>
              <w:t>Nayara Letícia Vicente da Silva</w:t>
            </w:r>
          </w:p>
        </w:tc>
        <w:tc>
          <w:tcPr>
            <w:tcW w:w="2880" w:type="dxa"/>
          </w:tcPr>
          <w:p w:rsidR="007A375F" w:rsidRDefault="00991A97">
            <w:r>
              <w:t>Apoio Psico A</w:t>
            </w:r>
            <w:r>
              <w:t>dministrativo</w:t>
            </w:r>
          </w:p>
        </w:tc>
        <w:tc>
          <w:tcPr>
            <w:tcW w:w="2880" w:type="dxa"/>
          </w:tcPr>
          <w:p w:rsidR="007A375F" w:rsidRDefault="00991A97">
            <w:r>
              <w:t>Instituto Makro Marketing e Treinamentos Ltda</w:t>
            </w:r>
          </w:p>
        </w:tc>
      </w:tr>
    </w:tbl>
    <w:p w:rsidR="00000000" w:rsidRDefault="00991A97"/>
    <w:p w:rsidR="00924F96" w:rsidRDefault="00924F96">
      <w:proofErr w:type="spellStart"/>
      <w:r w:rsidRPr="00924F96">
        <w:rPr>
          <w:b/>
        </w:rPr>
        <w:lastRenderedPageBreak/>
        <w:t>Observação</w:t>
      </w:r>
      <w:proofErr w:type="spellEnd"/>
      <w:r>
        <w:t>:</w:t>
      </w:r>
    </w:p>
    <w:p w:rsidR="00924F96" w:rsidRDefault="00924F96" w:rsidP="00924F96">
      <w:pPr>
        <w:jc w:val="both"/>
      </w:pPr>
      <w:r>
        <w:t xml:space="preserve">A </w:t>
      </w:r>
      <w:proofErr w:type="spellStart"/>
      <w:r>
        <w:t>Secretaria</w:t>
      </w:r>
      <w:proofErr w:type="spellEnd"/>
      <w:r>
        <w:t xml:space="preserve"> de </w:t>
      </w:r>
      <w:proofErr w:type="spellStart"/>
      <w:r>
        <w:t>Fazenda</w:t>
      </w:r>
      <w:proofErr w:type="spellEnd"/>
      <w:r>
        <w:t xml:space="preserve"> e a </w:t>
      </w:r>
      <w:proofErr w:type="spellStart"/>
      <w:r>
        <w:t>Secretaria</w:t>
      </w:r>
      <w:proofErr w:type="spellEnd"/>
      <w:r>
        <w:t xml:space="preserve"> de </w:t>
      </w:r>
      <w:proofErr w:type="spellStart"/>
      <w:r>
        <w:t>Controle</w:t>
      </w:r>
      <w:proofErr w:type="spellEnd"/>
      <w:r>
        <w:t xml:space="preserve"> </w:t>
      </w:r>
      <w:proofErr w:type="spellStart"/>
      <w:r>
        <w:t>Interno</w:t>
      </w:r>
      <w:proofErr w:type="spellEnd"/>
      <w:r>
        <w:t xml:space="preserve"> </w:t>
      </w:r>
      <w:proofErr w:type="spellStart"/>
      <w:r>
        <w:t>informaram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possuir</w:t>
      </w:r>
      <w:proofErr w:type="spellEnd"/>
      <w:r>
        <w:t xml:space="preserve"> </w:t>
      </w:r>
      <w:proofErr w:type="spellStart"/>
      <w:r>
        <w:t>servidores</w:t>
      </w:r>
      <w:proofErr w:type="spellEnd"/>
      <w:r>
        <w:t xml:space="preserve"> </w:t>
      </w:r>
      <w:proofErr w:type="spellStart"/>
      <w:r>
        <w:t>terceirizados</w:t>
      </w:r>
      <w:proofErr w:type="spellEnd"/>
      <w:r>
        <w:t xml:space="preserve">. As </w:t>
      </w:r>
      <w:proofErr w:type="spellStart"/>
      <w:r>
        <w:t>demais</w:t>
      </w:r>
      <w:proofErr w:type="spellEnd"/>
      <w:r>
        <w:t xml:space="preserve"> </w:t>
      </w:r>
      <w:proofErr w:type="spellStart"/>
      <w:r>
        <w:t>Secretarias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encaminharam</w:t>
      </w:r>
      <w:proofErr w:type="spellEnd"/>
      <w:r>
        <w:t xml:space="preserve"> </w:t>
      </w:r>
      <w:proofErr w:type="spellStart"/>
      <w:r>
        <w:t>informações</w:t>
      </w:r>
      <w:proofErr w:type="spellEnd"/>
      <w:r>
        <w:t xml:space="preserve"> a </w:t>
      </w:r>
      <w:proofErr w:type="spellStart"/>
      <w:r>
        <w:t>respeito</w:t>
      </w:r>
      <w:proofErr w:type="spellEnd"/>
      <w:r>
        <w:t>.</w:t>
      </w:r>
      <w:bookmarkStart w:id="0" w:name="_GoBack"/>
      <w:bookmarkEnd w:id="0"/>
    </w:p>
    <w:sectPr w:rsidR="00924F96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A97" w:rsidRDefault="00991A97" w:rsidP="00924F96">
      <w:pPr>
        <w:spacing w:after="0" w:line="240" w:lineRule="auto"/>
      </w:pPr>
      <w:r>
        <w:separator/>
      </w:r>
    </w:p>
  </w:endnote>
  <w:endnote w:type="continuationSeparator" w:id="0">
    <w:p w:rsidR="00991A97" w:rsidRDefault="00991A97" w:rsidP="00924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A97" w:rsidRDefault="00991A97" w:rsidP="00924F96">
      <w:pPr>
        <w:spacing w:after="0" w:line="240" w:lineRule="auto"/>
      </w:pPr>
      <w:r>
        <w:separator/>
      </w:r>
    </w:p>
  </w:footnote>
  <w:footnote w:type="continuationSeparator" w:id="0">
    <w:p w:rsidR="00991A97" w:rsidRDefault="00991A97" w:rsidP="00924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F96" w:rsidRPr="00216B21" w:rsidRDefault="00924F96" w:rsidP="00924F96">
    <w:pPr>
      <w:pStyle w:val="Cabealho"/>
      <w:jc w:val="center"/>
      <w:rPr>
        <w:sz w:val="40"/>
        <w:szCs w:val="40"/>
      </w:rPr>
    </w:pPr>
    <w:r w:rsidRPr="00216B21">
      <w:rPr>
        <w:b/>
        <w:noProof/>
        <w:sz w:val="40"/>
        <w:szCs w:val="40"/>
        <w:lang w:eastAsia="pt-BR"/>
      </w:rPr>
      <w:drawing>
        <wp:anchor distT="0" distB="0" distL="114300" distR="114300" simplePos="0" relativeHeight="251659264" behindDoc="0" locked="0" layoutInCell="1" allowOverlap="1" wp14:anchorId="1075EAC8" wp14:editId="16BCAF7C">
          <wp:simplePos x="0" y="0"/>
          <wp:positionH relativeFrom="column">
            <wp:posOffset>-952500</wp:posOffset>
          </wp:positionH>
          <wp:positionV relativeFrom="paragraph">
            <wp:posOffset>-137795</wp:posOffset>
          </wp:positionV>
          <wp:extent cx="1302385" cy="1057275"/>
          <wp:effectExtent l="0" t="0" r="0" b="9525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Ã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38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Pr="00216B21">
      <w:rPr>
        <w:b/>
        <w:sz w:val="40"/>
        <w:szCs w:val="40"/>
      </w:rPr>
      <w:t>Prefeitura</w:t>
    </w:r>
    <w:proofErr w:type="spellEnd"/>
    <w:r w:rsidRPr="00216B21">
      <w:rPr>
        <w:b/>
        <w:sz w:val="40"/>
        <w:szCs w:val="40"/>
      </w:rPr>
      <w:t xml:space="preserve"> do </w:t>
    </w:r>
    <w:proofErr w:type="spellStart"/>
    <w:r w:rsidRPr="00216B21">
      <w:rPr>
        <w:b/>
        <w:sz w:val="40"/>
        <w:szCs w:val="40"/>
      </w:rPr>
      <w:t>Município</w:t>
    </w:r>
    <w:proofErr w:type="spellEnd"/>
    <w:r w:rsidRPr="00216B21">
      <w:rPr>
        <w:b/>
        <w:sz w:val="40"/>
        <w:szCs w:val="40"/>
      </w:rPr>
      <w:t xml:space="preserve"> de </w:t>
    </w:r>
    <w:proofErr w:type="spellStart"/>
    <w:r w:rsidRPr="00216B21">
      <w:rPr>
        <w:b/>
        <w:sz w:val="40"/>
        <w:szCs w:val="40"/>
      </w:rPr>
      <w:t>Mandaguaçu</w:t>
    </w:r>
    <w:proofErr w:type="spellEnd"/>
  </w:p>
  <w:p w:rsidR="00924F96" w:rsidRPr="00216B21" w:rsidRDefault="00924F96" w:rsidP="00924F96">
    <w:pPr>
      <w:pStyle w:val="Cabealho"/>
      <w:jc w:val="center"/>
    </w:pPr>
    <w:r w:rsidRPr="00216B21">
      <w:rPr>
        <w:b/>
      </w:rPr>
      <w:t>ESTADO DO PARANÁ</w:t>
    </w:r>
  </w:p>
  <w:p w:rsidR="00924F96" w:rsidRPr="00216B21" w:rsidRDefault="00924F96" w:rsidP="00924F96">
    <w:pPr>
      <w:pStyle w:val="Cabealho"/>
      <w:jc w:val="center"/>
      <w:rPr>
        <w:sz w:val="20"/>
      </w:rPr>
    </w:pPr>
    <w:proofErr w:type="spellStart"/>
    <w:r w:rsidRPr="00216B21">
      <w:rPr>
        <w:b/>
        <w:sz w:val="20"/>
      </w:rPr>
      <w:t>Paço</w:t>
    </w:r>
    <w:proofErr w:type="spellEnd"/>
    <w:r w:rsidRPr="00216B21">
      <w:rPr>
        <w:b/>
        <w:sz w:val="20"/>
      </w:rPr>
      <w:t xml:space="preserve"> Municipal "Hiro Vieira"</w:t>
    </w:r>
  </w:p>
  <w:p w:rsidR="00924F96" w:rsidRPr="00216B21" w:rsidRDefault="00924F96" w:rsidP="00924F96">
    <w:pPr>
      <w:pStyle w:val="Cabealho"/>
      <w:jc w:val="center"/>
      <w:rPr>
        <w:sz w:val="16"/>
        <w:szCs w:val="16"/>
      </w:rPr>
    </w:pPr>
    <w:bookmarkStart w:id="1" w:name="_Hlk25587856"/>
    <w:proofErr w:type="spellStart"/>
    <w:r w:rsidRPr="00216B21">
      <w:rPr>
        <w:sz w:val="16"/>
        <w:szCs w:val="16"/>
      </w:rPr>
      <w:t>Rua</w:t>
    </w:r>
    <w:proofErr w:type="spellEnd"/>
    <w:r w:rsidRPr="00216B21">
      <w:rPr>
        <w:sz w:val="16"/>
        <w:szCs w:val="16"/>
      </w:rPr>
      <w:t xml:space="preserve"> Bernardino Bogo, 175 –</w:t>
    </w:r>
    <w:r>
      <w:rPr>
        <w:sz w:val="16"/>
        <w:szCs w:val="16"/>
      </w:rPr>
      <w:t xml:space="preserve"> Vila Bernadino Bogo – </w:t>
    </w:r>
    <w:proofErr w:type="spellStart"/>
    <w:r>
      <w:rPr>
        <w:sz w:val="16"/>
        <w:szCs w:val="16"/>
      </w:rPr>
      <w:t>Caixa</w:t>
    </w:r>
    <w:proofErr w:type="spellEnd"/>
    <w:r>
      <w:rPr>
        <w:sz w:val="16"/>
        <w:szCs w:val="16"/>
      </w:rPr>
      <w:t xml:space="preserve"> Postal 81 – CEP 87160-000</w:t>
    </w:r>
    <w:bookmarkEnd w:id="1"/>
    <w:r>
      <w:rPr>
        <w:sz w:val="16"/>
        <w:szCs w:val="16"/>
      </w:rPr>
      <w:br/>
      <w:t xml:space="preserve"> </w:t>
    </w:r>
    <w:proofErr w:type="spellStart"/>
    <w:r w:rsidRPr="00216B21">
      <w:rPr>
        <w:sz w:val="16"/>
        <w:szCs w:val="16"/>
      </w:rPr>
      <w:t>Fone</w:t>
    </w:r>
    <w:proofErr w:type="spellEnd"/>
    <w:r w:rsidRPr="00216B21">
      <w:rPr>
        <w:sz w:val="16"/>
        <w:szCs w:val="16"/>
      </w:rPr>
      <w:t>: (44) 3245-8400</w:t>
    </w:r>
  </w:p>
  <w:p w:rsidR="00924F96" w:rsidRPr="00216B21" w:rsidRDefault="00924F96" w:rsidP="00924F96">
    <w:pPr>
      <w:pStyle w:val="Cabealho"/>
      <w:jc w:val="center"/>
      <w:rPr>
        <w:sz w:val="16"/>
        <w:szCs w:val="16"/>
      </w:rPr>
    </w:pPr>
    <w:r w:rsidRPr="00216B21">
      <w:rPr>
        <w:sz w:val="16"/>
        <w:szCs w:val="16"/>
      </w:rPr>
      <w:t>CNPJ 76.285.329/0001-08</w:t>
    </w:r>
  </w:p>
  <w:p w:rsidR="00924F96" w:rsidRDefault="00924F96" w:rsidP="00924F96">
    <w:pPr>
      <w:pStyle w:val="Cabealho"/>
      <w:rPr>
        <w:sz w:val="16"/>
        <w:szCs w:val="16"/>
      </w:rPr>
    </w:pPr>
    <w:bookmarkStart w:id="2" w:name="_Hlk25588133"/>
    <w:r>
      <w:rPr>
        <w:sz w:val="16"/>
        <w:szCs w:val="16"/>
      </w:rPr>
      <w:tab/>
      <w:t xml:space="preserve">                            </w:t>
    </w:r>
    <w:hyperlink r:id="rId2" w:history="1">
      <w:r w:rsidRPr="00FE3506">
        <w:rPr>
          <w:rStyle w:val="Hyperlink"/>
          <w:sz w:val="16"/>
          <w:szCs w:val="16"/>
        </w:rPr>
        <w:t>www.mandaguacu.pr.gov.br</w:t>
      </w:r>
      <w:bookmarkEnd w:id="2"/>
    </w:hyperlink>
  </w:p>
  <w:p w:rsidR="00924F96" w:rsidRDefault="00924F9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6917F7"/>
    <w:rsid w:val="007A375F"/>
    <w:rsid w:val="00924F96"/>
    <w:rsid w:val="00991A97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0B8AA3C3-F914-4E24-B94F-646D1DD8B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Fontepargpadro"/>
    <w:uiPriority w:val="99"/>
    <w:unhideWhenUsed/>
    <w:rsid w:val="00924F9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4F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4F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ndaguacu.pr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19578E-AA95-4612-B8F3-9068D31ED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714</Words>
  <Characters>3860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4565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Usuário</cp:lastModifiedBy>
  <cp:revision>2</cp:revision>
  <cp:lastPrinted>2026-02-02T18:50:00Z</cp:lastPrinted>
  <dcterms:created xsi:type="dcterms:W3CDTF">2026-02-02T18:53:00Z</dcterms:created>
  <dcterms:modified xsi:type="dcterms:W3CDTF">2026-02-02T18:53:00Z</dcterms:modified>
  <cp:category/>
</cp:coreProperties>
</file>